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52" w:lineRule="auto"/>
        <w:jc w:val="center"/>
      </w:pPr>
      <w:r>
        <w:rPr>
          <w:rFonts w:ascii="Arial" w:hAnsi="Arial" w:eastAsia="Arial" w:cs="Arial"/>
          <w:b/>
          <w:i w:val="0"/>
          <w:color w:val="000000"/>
          <w:sz w:val="17"/>
        </w:rPr>
        <w:t>SHEVIAKOV CONSULT</w:t>
      </w:r>
    </w:p>
    <w:p>
      <w:pPr>
        <w:pStyle w:val="Title"/>
        <w:spacing w:after="40"/>
        <w:jc w:val="center"/>
      </w:pPr>
      <w:r>
        <w:rPr>
          <w:rFonts w:ascii="Arial" w:hAnsi="Arial" w:eastAsia="Arial" w:cs="Arial"/>
          <w:b/>
          <w:i w:val="0"/>
          <w:color w:val="000000"/>
          <w:sz w:val="28"/>
        </w:rPr>
        <w:t>WNIOSEK O WYRAŻENIE ZGODY NA KONTAKT TELEFONICZNY</w:t>
      </w:r>
    </w:p>
    <w:p>
      <w:pPr>
        <w:spacing w:after="160" w:line="252" w:lineRule="auto"/>
        <w:jc w:val="center"/>
      </w:pPr>
      <w:r>
        <w:rPr>
          <w:rFonts w:ascii="Arial" w:hAnsi="Arial" w:eastAsia="Arial" w:cs="Arial"/>
          <w:b/>
          <w:i w:val="0"/>
          <w:color w:val="000000"/>
          <w:sz w:val="24"/>
        </w:rPr>
        <w:t>Z TYMCZASOWO ARESZTOWANYM</w:t>
      </w:r>
    </w:p>
    <w:p>
      <w:pPr>
        <w:spacing w:after="200" w:line="252" w:lineRule="auto"/>
        <w:jc w:val="center"/>
      </w:pPr>
      <w:r>
        <w:rPr>
          <w:rFonts w:ascii="Arial" w:hAnsi="Arial" w:eastAsia="Arial" w:cs="Arial"/>
          <w:b w:val="0"/>
          <w:i/>
          <w:color w:val="000000"/>
          <w:sz w:val="21"/>
        </w:rPr>
        <w:t>Заявление о предоставлении согласия на телефонный контакт</w:t>
      </w:r>
    </w:p>
    <w:p>
      <w:pPr>
        <w:spacing w:after="60" w:line="252" w:lineRule="auto"/>
      </w:pPr>
      <w:r>
        <w:rPr>
          <w:rFonts w:ascii="Arial" w:hAnsi="Arial" w:eastAsia="Arial" w:cs="Arial"/>
          <w:b/>
          <w:i w:val="0"/>
          <w:color w:val="000000"/>
          <w:sz w:val="21"/>
        </w:rPr>
        <w:t>Как пользоваться этим образцом</w:t>
      </w:r>
    </w:p>
    <w:p>
      <w:pPr>
        <w:spacing w:after="50" w:line="240" w:lineRule="auto"/>
        <w:ind w:left="255" w:hanging="142"/>
      </w:pPr>
      <w:r>
        <w:rPr>
          <w:rFonts w:ascii="Arial" w:hAnsi="Arial" w:eastAsia="Arial" w:cs="Arial"/>
          <w:b w:val="0"/>
          <w:i w:val="0"/>
          <w:color w:val="000000"/>
          <w:sz w:val="17"/>
        </w:rPr>
        <w:t>• Заявление подаётся в organ dysponujący: на досудебной стадии - как правило, прокурору, после передачи дела в суд - в суд.</w:t>
      </w:r>
    </w:p>
    <w:p>
      <w:pPr>
        <w:spacing w:after="50" w:line="240" w:lineRule="auto"/>
        <w:ind w:left="255" w:hanging="142"/>
      </w:pPr>
      <w:r>
        <w:rPr>
          <w:rFonts w:ascii="Arial" w:hAnsi="Arial" w:eastAsia="Arial" w:cs="Arial"/>
          <w:b w:val="0"/>
          <w:i w:val="0"/>
          <w:color w:val="000000"/>
          <w:sz w:val="17"/>
        </w:rPr>
        <w:t>• Укажите данные заявителя и арестованного: имя и фамилию, дату рождения, PESEL (если номера нет - поставьте "-"), имена родителей, адрес заявителя, сигнатуру дела и Вашу связь с арестованным.</w:t>
      </w:r>
    </w:p>
    <w:p>
      <w:pPr>
        <w:spacing w:after="50" w:line="240" w:lineRule="auto"/>
        <w:ind w:left="255" w:hanging="142"/>
      </w:pPr>
      <w:r>
        <w:rPr>
          <w:rFonts w:ascii="Arial" w:hAnsi="Arial" w:eastAsia="Arial" w:cs="Arial"/>
          <w:b w:val="0"/>
          <w:i w:val="0"/>
          <w:color w:val="000000"/>
          <w:sz w:val="17"/>
        </w:rPr>
        <w:t>• Обязательно укажите номер телефона, на который должен звонить арестованный. Если номер не польский, укажите международный формат с кодом страны, например: +380..., +375..., +49.... Не указывайте иностранный номер без "+" и кода страны.</w:t>
      </w:r>
    </w:p>
    <w:p>
      <w:pPr>
        <w:spacing w:after="50" w:line="240" w:lineRule="auto"/>
        <w:ind w:left="255" w:hanging="142"/>
      </w:pPr>
      <w:r>
        <w:rPr>
          <w:rFonts w:ascii="Arial" w:hAnsi="Arial" w:eastAsia="Arial" w:cs="Arial"/>
          <w:b w:val="0"/>
          <w:i w:val="0"/>
          <w:color w:val="000000"/>
          <w:sz w:val="17"/>
        </w:rPr>
        <w:t>• В разделе "Uzasadnienie" укажите реальную конкретную причину необходимости телефонного контакта. Для семейного звонка требуется особо обоснованный случай (szczególnie uzasadniony wypadek). Не указывайте обстоятельства, которых фактически нет.</w:t>
      </w:r>
    </w:p>
    <w:p>
      <w:pPr>
        <w:spacing w:after="50" w:line="240" w:lineRule="auto"/>
        <w:ind w:left="255" w:hanging="142"/>
      </w:pPr>
      <w:r>
        <w:rPr>
          <w:rFonts w:ascii="Arial" w:hAnsi="Arial" w:eastAsia="Arial" w:cs="Arial"/>
          <w:b w:val="0"/>
          <w:i w:val="0"/>
          <w:color w:val="000000"/>
          <w:sz w:val="17"/>
        </w:rPr>
        <w:t>• Готовое заявление рекомендуем отправить через Poczta Polska на официальный адрес прокуратуры или суда - listem poleconym. Сохраните potwierdzenie nadania.</w:t>
      </w:r>
    </w:p>
    <w:p>
      <w:pPr>
        <w:spacing w:after="50" w:line="240" w:lineRule="auto"/>
        <w:ind w:left="255" w:hanging="142"/>
      </w:pPr>
      <w:r>
        <w:rPr>
          <w:rFonts w:ascii="Arial" w:hAnsi="Arial" w:eastAsia="Arial" w:cs="Arial"/>
          <w:b w:val="0"/>
          <w:i w:val="0"/>
          <w:color w:val="000000"/>
          <w:sz w:val="17"/>
        </w:rPr>
        <w:t>• Ответ обычно направляется письмом на адрес заявителя, указанный в заявлении. Укажите полный и актуальный адрес проживания / адрес для корреспонденции.</w:t>
      </w:r>
    </w:p>
    <w:p>
      <w:pPr>
        <w:spacing w:after="40" w:line="252" w:lineRule="auto"/>
      </w:pPr>
      <w:r>
        <w:rPr>
          <w:rFonts w:ascii="Arial" w:hAnsi="Arial" w:eastAsia="Arial" w:cs="Arial"/>
          <w:b w:val="0"/>
          <w:i w:val="0"/>
          <w:color w:val="000000"/>
          <w:sz w:val="2"/>
        </w:rPr>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677"/>
        <w:gridCol w:w="4677"/>
      </w:tblGrid>
      <w:tr>
        <w:tc>
          <w:tcPr>
            <w:tcW w:type="dxa" w:w="4762"/>
            <w:shd w:fill="F2F5F7"/>
            <w:vAlign w:val="top"/>
          </w:tcPr>
          <w:p>
            <w:pPr>
              <w:spacing w:after="40" w:line="240" w:lineRule="auto"/>
            </w:pPr>
            <w:r/>
            <w:r>
              <w:rPr>
                <w:rFonts w:ascii="Arial" w:hAnsi="Arial" w:eastAsia="Arial" w:cs="Arial"/>
                <w:b/>
                <w:i w:val="0"/>
                <w:color w:val="000000"/>
                <w:sz w:val="17"/>
              </w:rPr>
              <w:t>Wnioskodawca:</w:t>
            </w:r>
          </w:p>
          <w:p>
            <w:pPr>
              <w:spacing w:after="40" w:line="240" w:lineRule="auto"/>
            </w:pPr>
            <w:r>
              <w:rPr>
                <w:rFonts w:ascii="Arial" w:hAnsi="Arial" w:eastAsia="Arial" w:cs="Arial"/>
                <w:b w:val="0"/>
                <w:i w:val="0"/>
                <w:color w:val="000000"/>
                <w:sz w:val="17"/>
              </w:rPr>
              <w:t>Imię i nazwisko: __________________________</w:t>
            </w:r>
          </w:p>
          <w:p>
            <w:pPr>
              <w:spacing w:after="40" w:line="240" w:lineRule="auto"/>
            </w:pPr>
            <w:r>
              <w:rPr>
                <w:rFonts w:ascii="Arial" w:hAnsi="Arial" w:eastAsia="Arial" w:cs="Arial"/>
                <w:b w:val="0"/>
                <w:i w:val="0"/>
                <w:color w:val="000000"/>
                <w:sz w:val="17"/>
              </w:rPr>
              <w:t>Data urodzenia: ___________________________</w:t>
            </w:r>
          </w:p>
          <w:p>
            <w:pPr>
              <w:spacing w:after="40" w:line="240" w:lineRule="auto"/>
            </w:pPr>
            <w:r>
              <w:rPr>
                <w:rFonts w:ascii="Arial" w:hAnsi="Arial" w:eastAsia="Arial" w:cs="Arial"/>
                <w:b w:val="0"/>
                <w:i w:val="0"/>
                <w:color w:val="000000"/>
                <w:sz w:val="17"/>
              </w:rPr>
              <w:t>PESEL (jeżeli brak: -): ____________________</w:t>
            </w:r>
          </w:p>
          <w:p>
            <w:pPr>
              <w:spacing w:after="40" w:line="240" w:lineRule="auto"/>
            </w:pPr>
            <w:r>
              <w:rPr>
                <w:rFonts w:ascii="Arial" w:hAnsi="Arial" w:eastAsia="Arial" w:cs="Arial"/>
                <w:b w:val="0"/>
                <w:i w:val="0"/>
                <w:color w:val="000000"/>
                <w:sz w:val="17"/>
              </w:rPr>
              <w:t>Imiona rodziców: __________________________</w:t>
            </w:r>
          </w:p>
          <w:p>
            <w:pPr>
              <w:spacing w:after="40" w:line="240" w:lineRule="auto"/>
            </w:pPr>
            <w:r>
              <w:rPr>
                <w:rFonts w:ascii="Arial" w:hAnsi="Arial" w:eastAsia="Arial" w:cs="Arial"/>
                <w:b w:val="0"/>
                <w:i w:val="0"/>
                <w:color w:val="000000"/>
                <w:sz w:val="17"/>
              </w:rPr>
              <w:t>Adres do korespondencji: ___________________</w:t>
            </w:r>
          </w:p>
          <w:p>
            <w:pPr>
              <w:spacing w:after="40" w:line="240" w:lineRule="auto"/>
            </w:pPr>
            <w:r>
              <w:rPr>
                <w:rFonts w:ascii="Arial" w:hAnsi="Arial" w:eastAsia="Arial" w:cs="Arial"/>
                <w:b w:val="0"/>
                <w:i w:val="0"/>
                <w:color w:val="000000"/>
                <w:sz w:val="17"/>
              </w:rPr>
              <w:t>__________________________________________</w:t>
            </w:r>
          </w:p>
          <w:p>
            <w:pPr>
              <w:spacing w:after="40" w:line="240" w:lineRule="auto"/>
            </w:pPr>
            <w:r>
              <w:rPr>
                <w:rFonts w:ascii="Arial" w:hAnsi="Arial" w:eastAsia="Arial" w:cs="Arial"/>
                <w:b w:val="0"/>
                <w:i w:val="0"/>
                <w:color w:val="000000"/>
                <w:sz w:val="17"/>
              </w:rPr>
              <w:t>Tel. (z kodem kraju, np. +48 / +380 / +375):</w:t>
              <w:br/>
              <w:t>__________________________________________</w:t>
            </w:r>
          </w:p>
          <w:p>
            <w:pPr>
              <w:spacing w:after="40" w:line="240" w:lineRule="auto"/>
            </w:pPr>
            <w:r>
              <w:rPr>
                <w:rFonts w:ascii="Arial" w:hAnsi="Arial" w:eastAsia="Arial" w:cs="Arial"/>
                <w:b w:val="0"/>
                <w:i w:val="0"/>
                <w:color w:val="000000"/>
                <w:sz w:val="17"/>
              </w:rPr>
              <w:t>Nr dokumentu tożsamości: _________________</w:t>
            </w:r>
          </w:p>
        </w:tc>
        <w:tc>
          <w:tcPr>
            <w:tcW w:type="dxa" w:w="3969"/>
            <w:shd w:fill="F2F5F7"/>
            <w:vAlign w:val="top"/>
          </w:tcPr>
          <w:p>
            <w:pPr>
              <w:spacing w:after="40" w:line="240" w:lineRule="auto"/>
            </w:pPr>
            <w:r/>
            <w:r>
              <w:rPr>
                <w:rFonts w:ascii="Arial" w:hAnsi="Arial" w:eastAsia="Arial" w:cs="Arial"/>
                <w:b/>
                <w:i w:val="0"/>
                <w:color w:val="000000"/>
                <w:sz w:val="17"/>
              </w:rPr>
              <w:t>Do:</w:t>
            </w:r>
          </w:p>
          <w:p>
            <w:pPr>
              <w:spacing w:after="40" w:line="240" w:lineRule="auto"/>
            </w:pPr>
            <w:r>
              <w:rPr>
                <w:rFonts w:ascii="Arial" w:hAnsi="Arial" w:eastAsia="Arial" w:cs="Arial"/>
                <w:b w:val="0"/>
                <w:i w:val="0"/>
                <w:color w:val="000000"/>
                <w:sz w:val="17"/>
              </w:rPr>
              <w:t>__________________________________________</w:t>
            </w:r>
          </w:p>
          <w:p>
            <w:pPr>
              <w:spacing w:after="40" w:line="240" w:lineRule="auto"/>
            </w:pPr>
            <w:r>
              <w:rPr>
                <w:rFonts w:ascii="Arial" w:hAnsi="Arial" w:eastAsia="Arial" w:cs="Arial"/>
                <w:b w:val="0"/>
                <w:i w:val="0"/>
                <w:color w:val="000000"/>
                <w:sz w:val="17"/>
              </w:rPr>
              <w:t>Prokuratura / Sąd</w:t>
            </w:r>
          </w:p>
          <w:p>
            <w:pPr>
              <w:spacing w:after="40" w:line="240" w:lineRule="auto"/>
            </w:pPr>
            <w:r>
              <w:rPr>
                <w:rFonts w:ascii="Arial" w:hAnsi="Arial" w:eastAsia="Arial" w:cs="Arial"/>
                <w:b w:val="0"/>
                <w:i w:val="0"/>
                <w:color w:val="000000"/>
                <w:sz w:val="17"/>
              </w:rPr>
              <w:t>__________________________________________</w:t>
            </w:r>
          </w:p>
          <w:p>
            <w:pPr>
              <w:spacing w:after="40" w:line="240" w:lineRule="auto"/>
            </w:pPr>
            <w:r>
              <w:rPr>
                <w:rFonts w:ascii="Arial" w:hAnsi="Arial" w:eastAsia="Arial" w:cs="Arial"/>
                <w:b w:val="0"/>
                <w:i w:val="0"/>
                <w:color w:val="000000"/>
                <w:sz w:val="17"/>
              </w:rPr>
              <w:t>Adres: ___________________________________</w:t>
            </w:r>
          </w:p>
          <w:p>
            <w:pPr>
              <w:spacing w:after="40" w:line="240" w:lineRule="auto"/>
            </w:pPr>
            <w:r>
              <w:rPr>
                <w:rFonts w:ascii="Arial" w:hAnsi="Arial" w:eastAsia="Arial" w:cs="Arial"/>
                <w:b w:val="0"/>
                <w:i w:val="0"/>
                <w:color w:val="000000"/>
                <w:sz w:val="17"/>
              </w:rPr>
              <w:t>__________________________________________</w:t>
            </w:r>
          </w:p>
          <w:p>
            <w:pPr>
              <w:spacing w:after="40" w:line="240" w:lineRule="auto"/>
            </w:pPr>
            <w:r>
              <w:rPr>
                <w:rFonts w:ascii="Arial" w:hAnsi="Arial" w:eastAsia="Arial" w:cs="Arial"/>
                <w:b w:val="0"/>
                <w:i w:val="0"/>
                <w:color w:val="000000"/>
                <w:sz w:val="17"/>
              </w:rPr>
              <w:t>Sygn. akt: _______________________________</w:t>
            </w:r>
          </w:p>
        </w:tc>
      </w:tr>
    </w:tbl>
    <w:p>
      <w:pPr>
        <w:spacing w:after="160" w:line="252" w:lineRule="auto"/>
      </w:pPr>
      <w:r>
        <w:rPr>
          <w:rFonts w:ascii="Arial" w:hAnsi="Arial" w:eastAsia="Arial" w:cs="Arial"/>
          <w:b w:val="0"/>
          <w:i w:val="0"/>
          <w:color w:val="000000"/>
          <w:sz w:val="19"/>
        </w:rPr>
        <w:t>Miejscowość, data: ____________________________________</w:t>
      </w:r>
    </w:p>
    <w:p>
      <w:pPr>
        <w:spacing w:after="40" w:line="252" w:lineRule="auto"/>
        <w:jc w:val="center"/>
      </w:pPr>
      <w:r>
        <w:rPr>
          <w:rFonts w:ascii="Arial" w:hAnsi="Arial" w:eastAsia="Arial" w:cs="Arial"/>
          <w:b/>
          <w:i w:val="0"/>
          <w:color w:val="000000"/>
          <w:sz w:val="24"/>
        </w:rPr>
        <w:t>WNIOSEK O WYRAŻENIE ZGODY NA KONTAKT TELEFONICZNY</w:t>
      </w:r>
    </w:p>
    <w:p>
      <w:pPr>
        <w:spacing w:after="160" w:line="252" w:lineRule="auto"/>
        <w:jc w:val="center"/>
      </w:pPr>
      <w:r>
        <w:rPr>
          <w:rFonts w:ascii="Arial" w:hAnsi="Arial" w:eastAsia="Arial" w:cs="Arial"/>
          <w:b/>
          <w:i w:val="0"/>
          <w:color w:val="000000"/>
          <w:sz w:val="21"/>
        </w:rPr>
        <w:t>Z TYMCZASOWO ARESZTOWANYM</w:t>
      </w:r>
    </w:p>
    <w:p>
      <w:pPr>
        <w:spacing w:after="100" w:line="252" w:lineRule="auto"/>
      </w:pPr>
      <w:r>
        <w:rPr>
          <w:rFonts w:ascii="Arial" w:hAnsi="Arial" w:eastAsia="Arial" w:cs="Arial"/>
          <w:b w:val="0"/>
          <w:i w:val="0"/>
          <w:color w:val="000000"/>
          <w:sz w:val="20"/>
        </w:rPr>
        <w:t>Zwracam się z prośbą o wyrażenie zgody na korzystanie przez niżej wskazanego tymczasowo aresztowanego z aparatu telefonicznego w celu kontaktu ze mną:</w:t>
      </w:r>
    </w:p>
    <w:p>
      <w:pPr>
        <w:spacing w:after="60" w:line="252" w:lineRule="auto"/>
      </w:pPr>
      <w:r>
        <w:rPr>
          <w:rFonts w:ascii="Arial" w:hAnsi="Arial" w:eastAsia="Arial" w:cs="Arial"/>
          <w:b w:val="0"/>
          <w:i w:val="0"/>
          <w:color w:val="000000"/>
          <w:sz w:val="19"/>
        </w:rPr>
        <w:t>Imię i nazwisko tymczasowo aresztowanego: ______________________________________________</w:t>
      </w:r>
    </w:p>
    <w:p>
      <w:pPr>
        <w:spacing w:after="60" w:line="252" w:lineRule="auto"/>
      </w:pPr>
      <w:r>
        <w:rPr>
          <w:rFonts w:ascii="Arial" w:hAnsi="Arial" w:eastAsia="Arial" w:cs="Arial"/>
          <w:b w:val="0"/>
          <w:i w:val="0"/>
          <w:color w:val="000000"/>
          <w:sz w:val="19"/>
        </w:rPr>
        <w:t>Data urodzenia: ______________________________________________</w:t>
      </w:r>
    </w:p>
    <w:p>
      <w:pPr>
        <w:spacing w:after="60" w:line="252" w:lineRule="auto"/>
      </w:pPr>
      <w:r>
        <w:rPr>
          <w:rFonts w:ascii="Arial" w:hAnsi="Arial" w:eastAsia="Arial" w:cs="Arial"/>
          <w:b w:val="0"/>
          <w:i w:val="0"/>
          <w:color w:val="000000"/>
          <w:sz w:val="19"/>
        </w:rPr>
        <w:t>PESEL tymczasowo aresztowanego (jeżeli brak: -): ______________________________</w:t>
      </w:r>
    </w:p>
    <w:p>
      <w:pPr>
        <w:spacing w:after="60" w:line="252" w:lineRule="auto"/>
      </w:pPr>
      <w:r>
        <w:rPr>
          <w:rFonts w:ascii="Arial" w:hAnsi="Arial" w:eastAsia="Arial" w:cs="Arial"/>
          <w:b w:val="0"/>
          <w:i w:val="0"/>
          <w:color w:val="000000"/>
          <w:sz w:val="19"/>
        </w:rPr>
        <w:t>Imiona rodziców tymczasowo aresztowanego: ______________________________</w:t>
      </w:r>
    </w:p>
    <w:p>
      <w:pPr>
        <w:spacing w:after="60" w:line="252" w:lineRule="auto"/>
      </w:pPr>
      <w:r>
        <w:rPr>
          <w:rFonts w:ascii="Arial" w:hAnsi="Arial" w:eastAsia="Arial" w:cs="Arial"/>
          <w:b w:val="0"/>
          <w:i w:val="0"/>
          <w:color w:val="000000"/>
          <w:sz w:val="19"/>
        </w:rPr>
        <w:t>Miejsce osadzenia (AŚ): ______________________________________________</w:t>
      </w:r>
    </w:p>
    <w:p>
      <w:pPr>
        <w:spacing w:after="60" w:line="252" w:lineRule="auto"/>
      </w:pPr>
      <w:r>
        <w:rPr>
          <w:rFonts w:ascii="Arial" w:hAnsi="Arial" w:eastAsia="Arial" w:cs="Arial"/>
          <w:b w:val="0"/>
          <w:i w:val="0"/>
          <w:color w:val="000000"/>
          <w:sz w:val="19"/>
        </w:rPr>
        <w:t>Mój numer telefonu (z kodem kraju, np. +48 / +380 / +375): __________________________</w:t>
      </w:r>
    </w:p>
    <w:p>
      <w:pPr>
        <w:spacing w:after="60" w:line="252" w:lineRule="auto"/>
      </w:pPr>
      <w:r>
        <w:rPr>
          <w:rFonts w:ascii="Arial" w:hAnsi="Arial" w:eastAsia="Arial" w:cs="Arial"/>
          <w:b w:val="0"/>
          <w:i w:val="0"/>
          <w:color w:val="000000"/>
          <w:sz w:val="19"/>
        </w:rPr>
        <w:t>Stopień pokrewieństwa / charakter relacji: ______________________________________________</w:t>
      </w:r>
    </w:p>
    <w:p>
      <w:pPr>
        <w:spacing w:after="140" w:line="252" w:lineRule="auto"/>
      </w:pPr>
      <w:r>
        <w:rPr>
          <w:rFonts w:ascii="Arial" w:hAnsi="Arial" w:eastAsia="Arial" w:cs="Arial"/>
          <w:b w:val="0"/>
          <w:i w:val="0"/>
          <w:color w:val="000000"/>
          <w:sz w:val="20"/>
        </w:rPr>
        <w:t>Proszę o wydanie zarządzenia zezwalającego tymczasowo aresztowanemu na kontakt telefoniczny ze mną pod wskazanym wyżej numerem telefonu.</w:t>
      </w:r>
    </w:p>
    <w:p>
      <w:pPr>
        <w:spacing w:after="80" w:line="252" w:lineRule="auto"/>
      </w:pPr>
      <w:r>
        <w:rPr>
          <w:rFonts w:ascii="Arial" w:hAnsi="Arial" w:eastAsia="Arial" w:cs="Arial"/>
          <w:b/>
          <w:i w:val="0"/>
          <w:color w:val="000000"/>
          <w:sz w:val="21"/>
        </w:rPr>
        <w:t>Uzasadnienie</w:t>
      </w:r>
    </w:p>
    <w:p>
      <w:pPr>
        <w:spacing w:after="80" w:line="252" w:lineRule="auto"/>
      </w:pPr>
      <w:r>
        <w:rPr>
          <w:rFonts w:ascii="Arial" w:hAnsi="Arial" w:eastAsia="Arial" w:cs="Arial"/>
          <w:b w:val="0"/>
          <w:i w:val="0"/>
          <w:color w:val="000000"/>
          <w:sz w:val="20"/>
        </w:rPr>
        <w:t>Wnoszę o wyrażenie zgody na kontakt telefoniczny z uwagi na szczególnie uzasadniony przypadek. Poniżej należy opisać konkretną sytuację, np. niemożność lub znaczne utrudnienie bezpośredniego kontaktu, pilną sytuację rodzinną, konieczność przekazania ważnych informacji dotyczących dzieci, zdrowia lub innych istotnych spraw życiowych:</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100" w:line="252" w:lineRule="auto"/>
      </w:pPr>
      <w:r>
        <w:rPr>
          <w:rFonts w:ascii="Arial" w:hAnsi="Arial" w:eastAsia="Arial" w:cs="Arial"/>
          <w:b w:val="0"/>
          <w:i w:val="0"/>
          <w:color w:val="000000"/>
          <w:sz w:val="20"/>
        </w:rPr>
        <w:t>Proszę o doręczenie odpowiedzi na wskazany wyżej adres do korespondencji.</w:t>
      </w:r>
    </w:p>
    <w:p>
      <w:pPr>
        <w:spacing w:after="280" w:line="252" w:lineRule="auto"/>
      </w:pPr>
      <w:r>
        <w:rPr>
          <w:rFonts w:ascii="Arial" w:hAnsi="Arial" w:eastAsia="Arial" w:cs="Arial"/>
          <w:b w:val="0"/>
          <w:i w:val="0"/>
          <w:color w:val="000000"/>
          <w:sz w:val="18"/>
        </w:rPr>
        <w:t>Podstawa prawna: art. 217c Kodeksu karnego wykonawczego.</w:t>
      </w:r>
    </w:p>
    <w:p>
      <w:pPr>
        <w:spacing w:after="0" w:line="252" w:lineRule="auto"/>
        <w:jc w:val="right"/>
      </w:pPr>
      <w:r>
        <w:rPr>
          <w:rFonts w:ascii="Arial" w:hAnsi="Arial" w:eastAsia="Arial" w:cs="Arial"/>
          <w:b w:val="0"/>
          <w:i w:val="0"/>
          <w:color w:val="000000"/>
          <w:sz w:val="20"/>
        </w:rPr>
        <w:t>__________________________________</w:t>
      </w:r>
    </w:p>
    <w:p>
      <w:pPr>
        <w:spacing w:after="0" w:line="252" w:lineRule="auto"/>
        <w:jc w:val="right"/>
      </w:pPr>
      <w:r>
        <w:rPr>
          <w:rFonts w:ascii="Arial" w:hAnsi="Arial" w:eastAsia="Arial" w:cs="Arial"/>
          <w:b w:val="0"/>
          <w:i w:val="0"/>
          <w:color w:val="000000"/>
          <w:sz w:val="17"/>
        </w:rPr>
        <w:t>czytelny podpis wnioskodawcy</w:t>
      </w:r>
    </w:p>
    <w:sectPr w:rsidR="00FC693F" w:rsidRPr="0006063C" w:rsidSect="00034616">
      <w:pgSz w:w="11906" w:h="16838"/>
      <w:pgMar w:top="1020" w:right="850" w:bottom="102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WYRAŻENIE ZGODY NA KONTAKT TELEFONICZNY</dc:title>
  <dc:subject>Заявление о предоставлении согласия на телефонный контакт</dc:subject>
  <dc:creator>Sheviakov Consult</dc:creator>
  <cp:keywords>Areszt Śledczy, wniosek, tymczasowo aresztowany, Sheviakov Consult</cp:keywords>
  <dc:description>generated by python-docx</dc:description>
  <cp:lastModifiedBy/>
  <cp:revision>1</cp:revision>
  <dcterms:created xsi:type="dcterms:W3CDTF">2013-12-23T23:15:00Z</dcterms:created>
  <dcterms:modified xsi:type="dcterms:W3CDTF">2013-12-23T23:15:00Z</dcterms:modified>
  <cp:category/>
</cp:coreProperties>
</file>