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52" w:lineRule="auto"/>
        <w:jc w:val="center"/>
      </w:pPr>
      <w:r>
        <w:rPr>
          <w:rFonts w:ascii="Arial" w:hAnsi="Arial" w:eastAsia="Arial" w:cs="Arial"/>
          <w:b/>
          <w:i w:val="0"/>
          <w:color w:val="000000"/>
          <w:sz w:val="17"/>
        </w:rPr>
        <w:t>SHEVIAKOV CONSULT</w:t>
      </w:r>
    </w:p>
    <w:p>
      <w:pPr>
        <w:pStyle w:val="Title"/>
        <w:spacing w:after="40"/>
        <w:jc w:val="center"/>
      </w:pPr>
      <w:r>
        <w:rPr>
          <w:rFonts w:ascii="Arial" w:hAnsi="Arial" w:eastAsia="Arial" w:cs="Arial"/>
          <w:b/>
          <w:i w:val="0"/>
          <w:color w:val="000000"/>
          <w:sz w:val="28"/>
        </w:rPr>
        <w:t>WNIOSEK O WYRAŻENIE ZGODY NA KONTAKT TELEFONICZNY</w:t>
      </w:r>
    </w:p>
    <w:p>
      <w:pPr>
        <w:spacing w:after="160" w:line="252" w:lineRule="auto"/>
        <w:jc w:val="center"/>
      </w:pPr>
      <w:r>
        <w:rPr>
          <w:rFonts w:ascii="Arial" w:hAnsi="Arial" w:eastAsia="Arial" w:cs="Arial"/>
          <w:b/>
          <w:i w:val="0"/>
          <w:color w:val="000000"/>
          <w:sz w:val="24"/>
        </w:rPr>
        <w:t>Z TYMCZASOWO ARESZTOWANYM</w:t>
      </w:r>
    </w:p>
    <w:p>
      <w:pPr>
        <w:spacing w:after="200" w:line="252" w:lineRule="auto"/>
        <w:jc w:val="center"/>
      </w:pPr>
      <w:r>
        <w:rPr>
          <w:rFonts w:ascii="Arial" w:hAnsi="Arial" w:eastAsia="Arial" w:cs="Arial"/>
          <w:b w:val="0"/>
          <w:i/>
          <w:color w:val="000000"/>
          <w:sz w:val="21"/>
        </w:rPr>
        <w:t>Заява про надання згоди на телефонний контакт</w:t>
      </w:r>
    </w:p>
    <w:p>
      <w:pPr>
        <w:spacing w:after="60" w:line="252" w:lineRule="auto"/>
      </w:pPr>
      <w:r>
        <w:rPr>
          <w:rFonts w:ascii="Arial" w:hAnsi="Arial" w:eastAsia="Arial" w:cs="Arial"/>
          <w:b/>
          <w:i w:val="0"/>
          <w:color w:val="000000"/>
          <w:sz w:val="21"/>
        </w:rPr>
        <w:t>Як користуватися цим зразком</w:t>
      </w:r>
    </w:p>
    <w:p>
      <w:pPr>
        <w:spacing w:after="50" w:line="240" w:lineRule="auto"/>
        <w:ind w:left="255" w:hanging="142"/>
      </w:pPr>
      <w:r>
        <w:rPr>
          <w:rFonts w:ascii="Arial" w:hAnsi="Arial" w:eastAsia="Arial" w:cs="Arial"/>
          <w:b w:val="0"/>
          <w:i w:val="0"/>
          <w:color w:val="000000"/>
          <w:sz w:val="17"/>
        </w:rPr>
        <w:t>• Заява подається до organu dysponującego: на досудовій стадії - зазвичай до прокурора, після передачі справи до суду - до суду.</w:t>
      </w:r>
    </w:p>
    <w:p>
      <w:pPr>
        <w:spacing w:after="50" w:line="240" w:lineRule="auto"/>
        <w:ind w:left="255" w:hanging="142"/>
      </w:pPr>
      <w:r>
        <w:rPr>
          <w:rFonts w:ascii="Arial" w:hAnsi="Arial" w:eastAsia="Arial" w:cs="Arial"/>
          <w:b w:val="0"/>
          <w:i w:val="0"/>
          <w:color w:val="000000"/>
          <w:sz w:val="17"/>
        </w:rPr>
        <w:t>• Впишіть дані заявника та арештованого: ім’я і прізвище, дату народження, номер PESEL (якщо PESEL немає - поставте "-"), імена батьків, адресу заявника, сигнатуру справи та Ваш зв’язок із арештованим.</w:t>
      </w:r>
    </w:p>
    <w:p>
      <w:pPr>
        <w:spacing w:after="50" w:line="240" w:lineRule="auto"/>
        <w:ind w:left="255" w:hanging="142"/>
      </w:pPr>
      <w:r>
        <w:rPr>
          <w:rFonts w:ascii="Arial" w:hAnsi="Arial" w:eastAsia="Arial" w:cs="Arial"/>
          <w:b w:val="0"/>
          <w:i w:val="0"/>
          <w:color w:val="000000"/>
          <w:sz w:val="17"/>
        </w:rPr>
        <w:t>• Обов’язково вкажіть номер телефону, на який арештований має телефонувати. Якщо це не польський номер, вкажіть його у міжнародному форматі з кодом країни, наприклад: +380..., +375..., +49.... Не вказуйте іноземний номер без префікса "+" та коду країни.</w:t>
      </w:r>
    </w:p>
    <w:p>
      <w:pPr>
        <w:spacing w:after="50" w:line="240" w:lineRule="auto"/>
        <w:ind w:left="255" w:hanging="142"/>
      </w:pPr>
      <w:r>
        <w:rPr>
          <w:rFonts w:ascii="Arial" w:hAnsi="Arial" w:eastAsia="Arial" w:cs="Arial"/>
          <w:b w:val="0"/>
          <w:i w:val="0"/>
          <w:color w:val="000000"/>
          <w:sz w:val="17"/>
        </w:rPr>
        <w:t>• У розділі "Uzasadnienie" опишіть реальну конкретну причину, чому телефонний контакт необхідний. Для сімейного дзвінка закон вимагає особливо обґрунтованого випадку (szczególnie uzasadniony wypadek). Не вписуйте обставин, яких фактично немає.</w:t>
      </w:r>
    </w:p>
    <w:p>
      <w:pPr>
        <w:spacing w:after="50" w:line="240" w:lineRule="auto"/>
        <w:ind w:left="255" w:hanging="142"/>
      </w:pPr>
      <w:r>
        <w:rPr>
          <w:rFonts w:ascii="Arial" w:hAnsi="Arial" w:eastAsia="Arial" w:cs="Arial"/>
          <w:b w:val="0"/>
          <w:i w:val="0"/>
          <w:color w:val="000000"/>
          <w:sz w:val="17"/>
        </w:rPr>
        <w:t>• Готову заяву рекомендуємо надіслати через Poczta Polska на офіційну кореспонденційну адресу прокуратури або суду, практично - listem poleconym. Збережіть potwierdzenie nadania.</w:t>
      </w:r>
    </w:p>
    <w:p>
      <w:pPr>
        <w:spacing w:after="50" w:line="240" w:lineRule="auto"/>
        <w:ind w:left="255" w:hanging="142"/>
      </w:pPr>
      <w:r>
        <w:rPr>
          <w:rFonts w:ascii="Arial" w:hAnsi="Arial" w:eastAsia="Arial" w:cs="Arial"/>
          <w:b w:val="0"/>
          <w:i w:val="0"/>
          <w:color w:val="000000"/>
          <w:sz w:val="17"/>
        </w:rPr>
        <w:t>• Відповідь орган зазвичай надсилає листом на адресу заявника, вказану у заяві. Тому впишіть повну та актуальну адресу проживання / адресу для кореспонденції.</w:t>
      </w:r>
    </w:p>
    <w:p>
      <w:pPr>
        <w:spacing w:after="40" w:line="252" w:lineRule="auto"/>
      </w:pPr>
      <w:r>
        <w:rPr>
          <w:rFonts w:ascii="Arial" w:hAnsi="Arial" w:eastAsia="Arial" w:cs="Arial"/>
          <w:b w:val="0"/>
          <w:i w:val="0"/>
          <w:color w:val="000000"/>
          <w:sz w:val="2"/>
        </w:rPr>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677"/>
        <w:gridCol w:w="4677"/>
      </w:tblGrid>
      <w:tr>
        <w:tc>
          <w:tcPr>
            <w:tcW w:type="dxa" w:w="4762"/>
            <w:shd w:fill="F2F5F7"/>
            <w:vAlign w:val="top"/>
          </w:tcPr>
          <w:p>
            <w:pPr>
              <w:spacing w:after="40" w:line="240" w:lineRule="auto"/>
            </w:pPr>
            <w:r/>
            <w:r>
              <w:rPr>
                <w:rFonts w:ascii="Arial" w:hAnsi="Arial" w:eastAsia="Arial" w:cs="Arial"/>
                <w:b/>
                <w:i w:val="0"/>
                <w:color w:val="000000"/>
                <w:sz w:val="17"/>
              </w:rPr>
              <w:t>Wnioskodawca:</w:t>
            </w:r>
          </w:p>
          <w:p>
            <w:pPr>
              <w:spacing w:after="40" w:line="240" w:lineRule="auto"/>
            </w:pPr>
            <w:r>
              <w:rPr>
                <w:rFonts w:ascii="Arial" w:hAnsi="Arial" w:eastAsia="Arial" w:cs="Arial"/>
                <w:b w:val="0"/>
                <w:i w:val="0"/>
                <w:color w:val="000000"/>
                <w:sz w:val="17"/>
              </w:rPr>
              <w:t>Imię i nazwisko: __________________________</w:t>
            </w:r>
          </w:p>
          <w:p>
            <w:pPr>
              <w:spacing w:after="40" w:line="240" w:lineRule="auto"/>
            </w:pPr>
            <w:r>
              <w:rPr>
                <w:rFonts w:ascii="Arial" w:hAnsi="Arial" w:eastAsia="Arial" w:cs="Arial"/>
                <w:b w:val="0"/>
                <w:i w:val="0"/>
                <w:color w:val="000000"/>
                <w:sz w:val="17"/>
              </w:rPr>
              <w:t>Data urodzenia: ___________________________</w:t>
            </w:r>
          </w:p>
          <w:p>
            <w:pPr>
              <w:spacing w:after="40" w:line="240" w:lineRule="auto"/>
            </w:pPr>
            <w:r>
              <w:rPr>
                <w:rFonts w:ascii="Arial" w:hAnsi="Arial" w:eastAsia="Arial" w:cs="Arial"/>
                <w:b w:val="0"/>
                <w:i w:val="0"/>
                <w:color w:val="000000"/>
                <w:sz w:val="17"/>
              </w:rPr>
              <w:t>PESEL (jeżeli brak: -): ____________________</w:t>
            </w:r>
          </w:p>
          <w:p>
            <w:pPr>
              <w:spacing w:after="40" w:line="240" w:lineRule="auto"/>
            </w:pPr>
            <w:r>
              <w:rPr>
                <w:rFonts w:ascii="Arial" w:hAnsi="Arial" w:eastAsia="Arial" w:cs="Arial"/>
                <w:b w:val="0"/>
                <w:i w:val="0"/>
                <w:color w:val="000000"/>
                <w:sz w:val="17"/>
              </w:rPr>
              <w:t>Imiona rodziców: __________________________</w:t>
            </w:r>
          </w:p>
          <w:p>
            <w:pPr>
              <w:spacing w:after="40" w:line="240" w:lineRule="auto"/>
            </w:pPr>
            <w:r>
              <w:rPr>
                <w:rFonts w:ascii="Arial" w:hAnsi="Arial" w:eastAsia="Arial" w:cs="Arial"/>
                <w:b w:val="0"/>
                <w:i w:val="0"/>
                <w:color w:val="000000"/>
                <w:sz w:val="17"/>
              </w:rPr>
              <w:t>Adres do korespondencji: ___________________</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Tel. (z kodem kraju, np. +48 / +380 / +375):</w:t>
              <w:br/>
              <w:t>__________________________________________</w:t>
            </w:r>
          </w:p>
          <w:p>
            <w:pPr>
              <w:spacing w:after="40" w:line="240" w:lineRule="auto"/>
            </w:pPr>
            <w:r>
              <w:rPr>
                <w:rFonts w:ascii="Arial" w:hAnsi="Arial" w:eastAsia="Arial" w:cs="Arial"/>
                <w:b w:val="0"/>
                <w:i w:val="0"/>
                <w:color w:val="000000"/>
                <w:sz w:val="17"/>
              </w:rPr>
              <w:t>Nr dokumentu tożsamości: _________________</w:t>
            </w:r>
          </w:p>
        </w:tc>
        <w:tc>
          <w:tcPr>
            <w:tcW w:type="dxa" w:w="3969"/>
            <w:shd w:fill="F2F5F7"/>
            <w:vAlign w:val="top"/>
          </w:tcPr>
          <w:p>
            <w:pPr>
              <w:spacing w:after="40" w:line="240" w:lineRule="auto"/>
            </w:pPr>
            <w:r/>
            <w:r>
              <w:rPr>
                <w:rFonts w:ascii="Arial" w:hAnsi="Arial" w:eastAsia="Arial" w:cs="Arial"/>
                <w:b/>
                <w:i w:val="0"/>
                <w:color w:val="000000"/>
                <w:sz w:val="17"/>
              </w:rPr>
              <w:t>Do:</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Prokuratura / Sąd</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Adres: ___________________________________</w:t>
            </w:r>
          </w:p>
          <w:p>
            <w:pPr>
              <w:spacing w:after="40" w:line="240" w:lineRule="auto"/>
            </w:pPr>
            <w:r>
              <w:rPr>
                <w:rFonts w:ascii="Arial" w:hAnsi="Arial" w:eastAsia="Arial" w:cs="Arial"/>
                <w:b w:val="0"/>
                <w:i w:val="0"/>
                <w:color w:val="000000"/>
                <w:sz w:val="17"/>
              </w:rPr>
              <w:t>__________________________________________</w:t>
            </w:r>
          </w:p>
          <w:p>
            <w:pPr>
              <w:spacing w:after="40" w:line="240" w:lineRule="auto"/>
            </w:pPr>
            <w:r>
              <w:rPr>
                <w:rFonts w:ascii="Arial" w:hAnsi="Arial" w:eastAsia="Arial" w:cs="Arial"/>
                <w:b w:val="0"/>
                <w:i w:val="0"/>
                <w:color w:val="000000"/>
                <w:sz w:val="17"/>
              </w:rPr>
              <w:t>Sygn. akt: _______________________________</w:t>
            </w:r>
          </w:p>
        </w:tc>
      </w:tr>
    </w:tbl>
    <w:p>
      <w:pPr>
        <w:spacing w:after="160" w:line="252" w:lineRule="auto"/>
      </w:pPr>
      <w:r>
        <w:rPr>
          <w:rFonts w:ascii="Arial" w:hAnsi="Arial" w:eastAsia="Arial" w:cs="Arial"/>
          <w:b w:val="0"/>
          <w:i w:val="0"/>
          <w:color w:val="000000"/>
          <w:sz w:val="19"/>
        </w:rPr>
        <w:t>Miejscowość, data: ____________________________________</w:t>
      </w:r>
    </w:p>
    <w:p>
      <w:pPr>
        <w:spacing w:after="40" w:line="252" w:lineRule="auto"/>
        <w:jc w:val="center"/>
      </w:pPr>
      <w:r>
        <w:rPr>
          <w:rFonts w:ascii="Arial" w:hAnsi="Arial" w:eastAsia="Arial" w:cs="Arial"/>
          <w:b/>
          <w:i w:val="0"/>
          <w:color w:val="000000"/>
          <w:sz w:val="24"/>
        </w:rPr>
        <w:t>WNIOSEK O WYRAŻENIE ZGODY NA KONTAKT TELEFONICZNY</w:t>
      </w:r>
    </w:p>
    <w:p>
      <w:pPr>
        <w:spacing w:after="160" w:line="252" w:lineRule="auto"/>
        <w:jc w:val="center"/>
      </w:pPr>
      <w:r>
        <w:rPr>
          <w:rFonts w:ascii="Arial" w:hAnsi="Arial" w:eastAsia="Arial" w:cs="Arial"/>
          <w:b/>
          <w:i w:val="0"/>
          <w:color w:val="000000"/>
          <w:sz w:val="21"/>
        </w:rPr>
        <w:t>Z TYMCZASOWO ARESZTOWANYM</w:t>
      </w:r>
    </w:p>
    <w:p>
      <w:pPr>
        <w:spacing w:after="100" w:line="252" w:lineRule="auto"/>
      </w:pPr>
      <w:r>
        <w:rPr>
          <w:rFonts w:ascii="Arial" w:hAnsi="Arial" w:eastAsia="Arial" w:cs="Arial"/>
          <w:b w:val="0"/>
          <w:i w:val="0"/>
          <w:color w:val="000000"/>
          <w:sz w:val="20"/>
        </w:rPr>
        <w:t>Zwracam się z prośbą o wyrażenie zgody na korzystanie przez niżej wskazanego tymczasowo aresztowanego z aparatu telefonicznego w celu kontaktu ze mną:</w:t>
      </w:r>
    </w:p>
    <w:p>
      <w:pPr>
        <w:spacing w:after="60" w:line="252" w:lineRule="auto"/>
      </w:pPr>
      <w:r>
        <w:rPr>
          <w:rFonts w:ascii="Arial" w:hAnsi="Arial" w:eastAsia="Arial" w:cs="Arial"/>
          <w:b w:val="0"/>
          <w:i w:val="0"/>
          <w:color w:val="000000"/>
          <w:sz w:val="19"/>
        </w:rPr>
        <w:t>Imię i nazwisko tymczasowo aresztowanego: ______________________________________________</w:t>
      </w:r>
    </w:p>
    <w:p>
      <w:pPr>
        <w:spacing w:after="60" w:line="252" w:lineRule="auto"/>
      </w:pPr>
      <w:r>
        <w:rPr>
          <w:rFonts w:ascii="Arial" w:hAnsi="Arial" w:eastAsia="Arial" w:cs="Arial"/>
          <w:b w:val="0"/>
          <w:i w:val="0"/>
          <w:color w:val="000000"/>
          <w:sz w:val="19"/>
        </w:rPr>
        <w:t>Data urodzenia: ______________________________________________</w:t>
      </w:r>
    </w:p>
    <w:p>
      <w:pPr>
        <w:spacing w:after="60" w:line="252" w:lineRule="auto"/>
      </w:pPr>
      <w:r>
        <w:rPr>
          <w:rFonts w:ascii="Arial" w:hAnsi="Arial" w:eastAsia="Arial" w:cs="Arial"/>
          <w:b w:val="0"/>
          <w:i w:val="0"/>
          <w:color w:val="000000"/>
          <w:sz w:val="19"/>
        </w:rPr>
        <w:t>PESEL tymczasowo aresztowanego (jeżeli brak: -): ______________________________</w:t>
      </w:r>
    </w:p>
    <w:p>
      <w:pPr>
        <w:spacing w:after="60" w:line="252" w:lineRule="auto"/>
      </w:pPr>
      <w:r>
        <w:rPr>
          <w:rFonts w:ascii="Arial" w:hAnsi="Arial" w:eastAsia="Arial" w:cs="Arial"/>
          <w:b w:val="0"/>
          <w:i w:val="0"/>
          <w:color w:val="000000"/>
          <w:sz w:val="19"/>
        </w:rPr>
        <w:t>Imiona rodziców tymczasowo aresztowanego: ______________________________</w:t>
      </w:r>
    </w:p>
    <w:p>
      <w:pPr>
        <w:spacing w:after="60" w:line="252" w:lineRule="auto"/>
      </w:pPr>
      <w:r>
        <w:rPr>
          <w:rFonts w:ascii="Arial" w:hAnsi="Arial" w:eastAsia="Arial" w:cs="Arial"/>
          <w:b w:val="0"/>
          <w:i w:val="0"/>
          <w:color w:val="000000"/>
          <w:sz w:val="19"/>
        </w:rPr>
        <w:t>Miejsce osadzenia (AŚ): ______________________________________________</w:t>
      </w:r>
    </w:p>
    <w:p>
      <w:pPr>
        <w:spacing w:after="60" w:line="252" w:lineRule="auto"/>
      </w:pPr>
      <w:r>
        <w:rPr>
          <w:rFonts w:ascii="Arial" w:hAnsi="Arial" w:eastAsia="Arial" w:cs="Arial"/>
          <w:b w:val="0"/>
          <w:i w:val="0"/>
          <w:color w:val="000000"/>
          <w:sz w:val="19"/>
        </w:rPr>
        <w:t>Mój numer telefonu (z kodem kraju, np. +48 / +380 / +375): __________________________</w:t>
      </w:r>
    </w:p>
    <w:p>
      <w:pPr>
        <w:spacing w:after="60" w:line="252" w:lineRule="auto"/>
      </w:pPr>
      <w:r>
        <w:rPr>
          <w:rFonts w:ascii="Arial" w:hAnsi="Arial" w:eastAsia="Arial" w:cs="Arial"/>
          <w:b w:val="0"/>
          <w:i w:val="0"/>
          <w:color w:val="000000"/>
          <w:sz w:val="19"/>
        </w:rPr>
        <w:t>Stopień pokrewieństwa / charakter relacji: ______________________________________________</w:t>
      </w:r>
    </w:p>
    <w:p>
      <w:pPr>
        <w:spacing w:after="140" w:line="252" w:lineRule="auto"/>
      </w:pPr>
      <w:r>
        <w:rPr>
          <w:rFonts w:ascii="Arial" w:hAnsi="Arial" w:eastAsia="Arial" w:cs="Arial"/>
          <w:b w:val="0"/>
          <w:i w:val="0"/>
          <w:color w:val="000000"/>
          <w:sz w:val="20"/>
        </w:rPr>
        <w:t>Proszę o wydanie zarządzenia zezwalającego tymczasowo aresztowanemu na kontakt telefoniczny ze mną pod wskazanym wyżej numerem telefonu.</w:t>
      </w:r>
    </w:p>
    <w:p>
      <w:pPr>
        <w:spacing w:after="80" w:line="252" w:lineRule="auto"/>
      </w:pPr>
      <w:r>
        <w:rPr>
          <w:rFonts w:ascii="Arial" w:hAnsi="Arial" w:eastAsia="Arial" w:cs="Arial"/>
          <w:b/>
          <w:i w:val="0"/>
          <w:color w:val="000000"/>
          <w:sz w:val="21"/>
        </w:rPr>
        <w:t>Uzasadnienie</w:t>
      </w:r>
    </w:p>
    <w:p>
      <w:pPr>
        <w:spacing w:after="80" w:line="252" w:lineRule="auto"/>
      </w:pPr>
      <w:r>
        <w:rPr>
          <w:rFonts w:ascii="Arial" w:hAnsi="Arial" w:eastAsia="Arial" w:cs="Arial"/>
          <w:b w:val="0"/>
          <w:i w:val="0"/>
          <w:color w:val="000000"/>
          <w:sz w:val="20"/>
        </w:rPr>
        <w:t>Wnoszę o wyrażenie zgody na kontakt telefoniczny z uwagi na szczególnie uzasadniony przypadek. Poniżej należy opisać konkretną sytuację, np. niemożność lub znaczne utrudnienie bezpośredniego kontaktu, pilną sytuację rodzinną, konieczność przekazania ważnych informacji dotyczących dzieci, zdrowia lub innych istotnych spraw życiowych:</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40" w:line="252" w:lineRule="auto"/>
      </w:pPr>
      <w:r>
        <w:rPr>
          <w:rFonts w:ascii="Arial" w:hAnsi="Arial" w:eastAsia="Arial" w:cs="Arial"/>
          <w:b w:val="0"/>
          <w:i w:val="0"/>
          <w:color w:val="000000"/>
          <w:sz w:val="19"/>
        </w:rPr>
        <w:t>________________________________________________________________________________</w:t>
      </w:r>
    </w:p>
    <w:p>
      <w:pPr>
        <w:spacing w:after="100" w:line="252" w:lineRule="auto"/>
      </w:pPr>
      <w:r>
        <w:rPr>
          <w:rFonts w:ascii="Arial" w:hAnsi="Arial" w:eastAsia="Arial" w:cs="Arial"/>
          <w:b w:val="0"/>
          <w:i w:val="0"/>
          <w:color w:val="000000"/>
          <w:sz w:val="20"/>
        </w:rPr>
        <w:t>Proszę o doręczenie odpowiedzi na wskazany wyżej adres do korespondencji.</w:t>
      </w:r>
    </w:p>
    <w:p>
      <w:pPr>
        <w:spacing w:after="280" w:line="252" w:lineRule="auto"/>
      </w:pPr>
      <w:r>
        <w:rPr>
          <w:rFonts w:ascii="Arial" w:hAnsi="Arial" w:eastAsia="Arial" w:cs="Arial"/>
          <w:b w:val="0"/>
          <w:i w:val="0"/>
          <w:color w:val="000000"/>
          <w:sz w:val="18"/>
        </w:rPr>
        <w:t>Podstawa prawna: art. 217c Kodeksu karnego wykonawczego.</w:t>
      </w:r>
    </w:p>
    <w:p>
      <w:pPr>
        <w:spacing w:after="0" w:line="252" w:lineRule="auto"/>
        <w:jc w:val="right"/>
      </w:pPr>
      <w:r>
        <w:rPr>
          <w:rFonts w:ascii="Arial" w:hAnsi="Arial" w:eastAsia="Arial" w:cs="Arial"/>
          <w:b w:val="0"/>
          <w:i w:val="0"/>
          <w:color w:val="000000"/>
          <w:sz w:val="20"/>
        </w:rPr>
        <w:t>__________________________________</w:t>
      </w:r>
    </w:p>
    <w:p>
      <w:pPr>
        <w:spacing w:after="0" w:line="252" w:lineRule="auto"/>
        <w:jc w:val="right"/>
      </w:pPr>
      <w:r>
        <w:rPr>
          <w:rFonts w:ascii="Arial" w:hAnsi="Arial" w:eastAsia="Arial" w:cs="Arial"/>
          <w:b w:val="0"/>
          <w:i w:val="0"/>
          <w:color w:val="000000"/>
          <w:sz w:val="17"/>
        </w:rPr>
        <w:t>czytelny podpis wnioskodawcy</w:t>
      </w:r>
    </w:p>
    <w:sectPr w:rsidR="00FC693F" w:rsidRPr="0006063C" w:rsidSect="00034616">
      <w:pgSz w:w="11906" w:h="16838"/>
      <w:pgMar w:top="1020" w:right="850" w:bottom="102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WYRAŻENIE ZGODY NA KONTAKT TELEFONICZNY</dc:title>
  <dc:subject>Заява про надання згоди на телефонний контакт</dc:subject>
  <dc:creator>Sheviakov Consult</dc:creator>
  <cp:keywords>Areszt Śledczy, wniosek, tymczasowo aresztowany, Sheviakov Consult</cp:keywords>
  <dc:description>generated by python-docx</dc:description>
  <cp:lastModifiedBy/>
  <cp:revision>1</cp:revision>
  <dcterms:created xsi:type="dcterms:W3CDTF">2013-12-23T23:15:00Z</dcterms:created>
  <dcterms:modified xsi:type="dcterms:W3CDTF">2013-12-23T23:15:00Z</dcterms:modified>
  <cp:category/>
</cp:coreProperties>
</file>