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17"/>
        </w:rPr>
        <w:t>SHEVIAKOV CONSULT</w:t>
      </w:r>
    </w:p>
    <w:p>
      <w:pPr>
        <w:pStyle w:val="Title"/>
        <w:spacing w:after="40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WNIOSEK O WYRAŻENIE ZGODY NA WIDZENIE</w:t>
      </w:r>
    </w:p>
    <w:p>
      <w:pPr>
        <w:spacing w:after="160"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24"/>
        </w:rPr>
        <w:t>z tymczasowo aresztowanym</w:t>
      </w:r>
    </w:p>
    <w:p>
      <w:pPr>
        <w:spacing w:after="200" w:line="252" w:lineRule="auto"/>
        <w:jc w:val="center"/>
      </w:pPr>
      <w:r>
        <w:rPr>
          <w:rFonts w:ascii="Arial" w:hAnsi="Arial" w:eastAsia="Arial" w:cs="Arial"/>
          <w:b w:val="0"/>
          <w:i/>
          <w:color w:val="000000"/>
          <w:sz w:val="21"/>
        </w:rPr>
        <w:t>Заява про надання згоди на побачення</w:t>
      </w:r>
    </w:p>
    <w:p>
      <w:pPr>
        <w:spacing w:after="60" w:line="252" w:lineRule="auto"/>
      </w:pPr>
      <w:r>
        <w:rPr>
          <w:rFonts w:ascii="Arial" w:hAnsi="Arial" w:eastAsia="Arial" w:cs="Arial"/>
          <w:b/>
          <w:i w:val="0"/>
          <w:color w:val="000000"/>
          <w:sz w:val="21"/>
        </w:rPr>
        <w:t>Як користуватися цим зразком</w:t>
      </w:r>
    </w:p>
    <w:p>
      <w:pPr>
        <w:spacing w:after="50" w:line="240" w:lineRule="auto"/>
        <w:ind w:left="255" w:hanging="142"/>
      </w:pPr>
      <w:r>
        <w:rPr>
          <w:rFonts w:ascii="Arial" w:hAnsi="Arial" w:eastAsia="Arial" w:cs="Arial"/>
          <w:b w:val="0"/>
          <w:i w:val="0"/>
          <w:color w:val="000000"/>
          <w:sz w:val="17"/>
        </w:rPr>
        <w:t>• Заява складається польською мовою та подається до органу, у розпорядженні якого перебуває арештований (organ dysponujący): на досудовій стадії - зазвичай до прокуратури, після передачі справи до суду - до суду.</w:t>
      </w:r>
    </w:p>
    <w:p>
      <w:pPr>
        <w:spacing w:after="50" w:line="240" w:lineRule="auto"/>
        <w:ind w:left="255" w:hanging="142"/>
      </w:pPr>
      <w:r>
        <w:rPr>
          <w:rFonts w:ascii="Arial" w:hAnsi="Arial" w:eastAsia="Arial" w:cs="Arial"/>
          <w:b w:val="0"/>
          <w:i w:val="0"/>
          <w:color w:val="000000"/>
          <w:sz w:val="17"/>
        </w:rPr>
        <w:t>• Впишіть дані заявника та арештованого: ім’я і прізвище, дату народження, номер PESEL (якщо PESEL немає - поставте "-"), імена батьків, адресу заявника, сигнатуру справи, ступінь спорідненості або зв’язок та дані документа, що посвідчує особу.</w:t>
      </w:r>
    </w:p>
    <w:p>
      <w:pPr>
        <w:spacing w:after="50" w:line="240" w:lineRule="auto"/>
        <w:ind w:left="255" w:hanging="142"/>
      </w:pPr>
      <w:r>
        <w:rPr>
          <w:rFonts w:ascii="Arial" w:hAnsi="Arial" w:eastAsia="Arial" w:cs="Arial"/>
          <w:b w:val="0"/>
          <w:i w:val="0"/>
          <w:color w:val="000000"/>
          <w:sz w:val="17"/>
        </w:rPr>
        <w:t>• Готову заяву рекомендуємо надіслати через Poczta Polska на офіційну кореспонденційну адресу прокуратури або суду. Практично - listem poleconym (рекомендованим листом) і зберегти potwierdzenie nadania (підтвердження відправлення).</w:t>
      </w:r>
    </w:p>
    <w:p>
      <w:pPr>
        <w:spacing w:after="50" w:line="240" w:lineRule="auto"/>
        <w:ind w:left="255" w:hanging="142"/>
      </w:pPr>
      <w:r>
        <w:rPr>
          <w:rFonts w:ascii="Arial" w:hAnsi="Arial" w:eastAsia="Arial" w:cs="Arial"/>
          <w:b w:val="0"/>
          <w:i w:val="0"/>
          <w:color w:val="000000"/>
          <w:sz w:val="17"/>
        </w:rPr>
        <w:t>• Відповідь орган зазвичай надсилає також листом на адресу заявника, вказану у заяві. Тому впишіть повну та актуальну адресу проживання / адресу для кореспонденції.</w:t>
      </w:r>
    </w:p>
    <w:p>
      <w:pPr>
        <w:spacing w:after="50" w:line="240" w:lineRule="auto"/>
        <w:ind w:left="255" w:hanging="142"/>
      </w:pPr>
      <w:r>
        <w:rPr>
          <w:rFonts w:ascii="Arial" w:hAnsi="Arial" w:eastAsia="Arial" w:cs="Arial"/>
          <w:b w:val="0"/>
          <w:i w:val="0"/>
          <w:color w:val="000000"/>
          <w:sz w:val="17"/>
        </w:rPr>
        <w:t>• Якщо арештований перебуває у розпорядженні кількох органів, може бути потрібна згода кожного з них. Після отримання згоди окремо запишіться на побачення в конкретному AŚ.</w:t>
      </w:r>
    </w:p>
    <w:p>
      <w:pPr>
        <w:spacing w:after="40" w:line="252" w:lineRule="auto"/>
      </w:pPr>
      <w:r>
        <w:rPr>
          <w:rFonts w:ascii="Arial" w:hAnsi="Arial" w:eastAsia="Arial" w:cs="Arial"/>
          <w:b w:val="0"/>
          <w:i w:val="0"/>
          <w:color w:val="000000"/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4677"/>
        <w:gridCol w:w="4677"/>
      </w:tblGrid>
      <w:tr>
        <w:tc>
          <w:tcPr>
            <w:tcW w:type="dxa" w:w="4762"/>
            <w:shd w:fill="F2F5F7"/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Arial" w:cs="Arial"/>
                <w:b/>
                <w:i w:val="0"/>
                <w:color w:val="000000"/>
                <w:sz w:val="17"/>
              </w:rPr>
              <w:t>Wnioskodawca:</w:t>
            </w:r>
          </w:p>
          <w:p>
            <w:pPr>
              <w:spacing w:after="4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7"/>
              </w:rPr>
              <w:t>Imię i nazwisko: __________________________</w:t>
            </w:r>
          </w:p>
          <w:p>
            <w:pPr>
              <w:spacing w:after="4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7"/>
              </w:rPr>
              <w:t>Data urodzenia: ___________________________</w:t>
            </w:r>
          </w:p>
          <w:p>
            <w:pPr>
              <w:spacing w:after="4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7"/>
              </w:rPr>
              <w:t>PESEL (jeżeli brak: -): ____________________</w:t>
            </w:r>
          </w:p>
          <w:p>
            <w:pPr>
              <w:spacing w:after="4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7"/>
              </w:rPr>
              <w:t>Imiona rodziców: __________________________</w:t>
            </w:r>
          </w:p>
          <w:p>
            <w:pPr>
              <w:spacing w:after="4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7"/>
              </w:rPr>
              <w:t>Adres do korespondencji: ___________________</w:t>
            </w:r>
          </w:p>
          <w:p>
            <w:pPr>
              <w:spacing w:after="4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7"/>
              </w:rPr>
              <w:t>__________________________________________</w:t>
            </w:r>
          </w:p>
          <w:p>
            <w:pPr>
              <w:spacing w:after="4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7"/>
              </w:rPr>
              <w:t>Tel.: ____________________________________</w:t>
            </w:r>
          </w:p>
          <w:p>
            <w:pPr>
              <w:spacing w:after="4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7"/>
              </w:rPr>
              <w:t>Nr dokumentu tożsamości: _________________</w:t>
            </w:r>
          </w:p>
        </w:tc>
        <w:tc>
          <w:tcPr>
            <w:tcW w:type="dxa" w:w="3969"/>
            <w:shd w:fill="F2F5F7"/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Arial" w:cs="Arial"/>
                <w:b/>
                <w:i w:val="0"/>
                <w:color w:val="000000"/>
                <w:sz w:val="17"/>
              </w:rPr>
              <w:t>Do:</w:t>
            </w:r>
          </w:p>
          <w:p>
            <w:pPr>
              <w:spacing w:after="4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7"/>
              </w:rPr>
              <w:t>__________________________________________</w:t>
            </w:r>
          </w:p>
          <w:p>
            <w:pPr>
              <w:spacing w:after="4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7"/>
              </w:rPr>
              <w:t>Prokuratura / Sąd</w:t>
            </w:r>
          </w:p>
          <w:p>
            <w:pPr>
              <w:spacing w:after="4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7"/>
              </w:rPr>
              <w:t>__________________________________________</w:t>
            </w:r>
          </w:p>
          <w:p>
            <w:pPr>
              <w:spacing w:after="4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7"/>
              </w:rPr>
              <w:t>Adres: ___________________________________</w:t>
            </w:r>
          </w:p>
          <w:p>
            <w:pPr>
              <w:spacing w:after="4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7"/>
              </w:rPr>
              <w:t>__________________________________________</w:t>
            </w:r>
          </w:p>
          <w:p>
            <w:pPr>
              <w:spacing w:after="4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7"/>
              </w:rPr>
              <w:t>Sygn. akt: _______________________________</w:t>
            </w:r>
          </w:p>
        </w:tc>
      </w:tr>
    </w:tbl>
    <w:p>
      <w:pPr>
        <w:spacing w:after="160" w:line="252" w:lineRule="auto"/>
      </w:pPr>
      <w:r>
        <w:rPr>
          <w:rFonts w:ascii="Arial" w:hAnsi="Arial" w:eastAsia="Arial" w:cs="Arial"/>
          <w:b w:val="0"/>
          <w:i w:val="0"/>
          <w:color w:val="000000"/>
          <w:sz w:val="19"/>
        </w:rPr>
        <w:t>Miejscowość, data: ____________________________________</w:t>
      </w:r>
    </w:p>
    <w:p>
      <w:pPr>
        <w:spacing w:after="40"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24"/>
        </w:rPr>
        <w:t>WNIOSEK O WYRAŻENIE ZGODY NA WIDZENIE</w:t>
      </w:r>
    </w:p>
    <w:p>
      <w:pPr>
        <w:spacing w:after="160"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21"/>
        </w:rPr>
        <w:t>z tymczasowo aresztowanym</w:t>
      </w:r>
    </w:p>
    <w:p>
      <w:pPr>
        <w:spacing w:after="100" w:line="252" w:lineRule="auto"/>
      </w:pPr>
      <w:r>
        <w:rPr>
          <w:rFonts w:ascii="Arial" w:hAnsi="Arial" w:eastAsia="Arial" w:cs="Arial"/>
          <w:b w:val="0"/>
          <w:i w:val="0"/>
          <w:color w:val="000000"/>
          <w:sz w:val="20"/>
        </w:rPr>
        <w:t>Zwracam się z prośbą o wyrażenie zgody na widzenie z tymczasowo aresztowanym:</w:t>
      </w:r>
    </w:p>
    <w:p>
      <w:pPr>
        <w:spacing w:after="60" w:line="252" w:lineRule="auto"/>
      </w:pPr>
      <w:r>
        <w:rPr>
          <w:rFonts w:ascii="Arial" w:hAnsi="Arial" w:eastAsia="Arial" w:cs="Arial"/>
          <w:b w:val="0"/>
          <w:i w:val="0"/>
          <w:color w:val="000000"/>
          <w:sz w:val="19"/>
        </w:rPr>
        <w:t>Imię i nazwisko: ______________________________________________</w:t>
      </w:r>
    </w:p>
    <w:p>
      <w:pPr>
        <w:spacing w:after="60" w:line="252" w:lineRule="auto"/>
      </w:pPr>
      <w:r>
        <w:rPr>
          <w:rFonts w:ascii="Arial" w:hAnsi="Arial" w:eastAsia="Arial" w:cs="Arial"/>
          <w:b w:val="0"/>
          <w:i w:val="0"/>
          <w:color w:val="000000"/>
          <w:sz w:val="19"/>
        </w:rPr>
        <w:t>Data urodzenia: ______________________________________________</w:t>
      </w:r>
    </w:p>
    <w:p>
      <w:pPr>
        <w:spacing w:after="60" w:line="252" w:lineRule="auto"/>
      </w:pPr>
      <w:r>
        <w:rPr>
          <w:rFonts w:ascii="Arial" w:hAnsi="Arial" w:eastAsia="Arial" w:cs="Arial"/>
          <w:b w:val="0"/>
          <w:i w:val="0"/>
          <w:color w:val="000000"/>
          <w:sz w:val="19"/>
        </w:rPr>
        <w:t>PESEL tymczasowo aresztowanego (jeżeli brak: -): ______________________________</w:t>
      </w:r>
    </w:p>
    <w:p>
      <w:pPr>
        <w:spacing w:after="60" w:line="252" w:lineRule="auto"/>
      </w:pPr>
      <w:r>
        <w:rPr>
          <w:rFonts w:ascii="Arial" w:hAnsi="Arial" w:eastAsia="Arial" w:cs="Arial"/>
          <w:b w:val="0"/>
          <w:i w:val="0"/>
          <w:color w:val="000000"/>
          <w:sz w:val="19"/>
        </w:rPr>
        <w:t>Imiona rodziców tymczasowo aresztowanego: ______________________________</w:t>
      </w:r>
    </w:p>
    <w:p>
      <w:pPr>
        <w:spacing w:after="60" w:line="252" w:lineRule="auto"/>
      </w:pPr>
      <w:r>
        <w:rPr>
          <w:rFonts w:ascii="Arial" w:hAnsi="Arial" w:eastAsia="Arial" w:cs="Arial"/>
          <w:b w:val="0"/>
          <w:i w:val="0"/>
          <w:color w:val="000000"/>
          <w:sz w:val="19"/>
        </w:rPr>
        <w:t>Miejsce osadzenia (AŚ): ______________________________________________</w:t>
      </w:r>
    </w:p>
    <w:p>
      <w:pPr>
        <w:spacing w:after="60" w:line="252" w:lineRule="auto"/>
      </w:pPr>
      <w:r>
        <w:rPr>
          <w:rFonts w:ascii="Arial" w:hAnsi="Arial" w:eastAsia="Arial" w:cs="Arial"/>
          <w:b w:val="0"/>
          <w:i w:val="0"/>
          <w:color w:val="000000"/>
          <w:sz w:val="19"/>
        </w:rPr>
        <w:t>Jestem dla wyżej wymienionej osoby: __________________________________________ (np. matką, ojcem, żoną, mężem, partnerem/partnerką, siostrą, bratem).</w:t>
      </w:r>
    </w:p>
    <w:p>
      <w:pPr>
        <w:spacing w:after="140" w:line="252" w:lineRule="auto"/>
      </w:pPr>
      <w:r>
        <w:rPr>
          <w:rFonts w:ascii="Arial" w:hAnsi="Arial" w:eastAsia="Arial" w:cs="Arial"/>
          <w:b w:val="0"/>
          <w:i w:val="0"/>
          <w:color w:val="000000"/>
          <w:sz w:val="20"/>
        </w:rPr>
        <w:t>Proszę o wyrażenie zgody na jednorazowe widzenie oraz wydanie stosownego zarządzenia umożliwiającego realizację widzenia w jednostce penitencjarnej, w której przebywa tymczasowo aresztowany.</w:t>
      </w:r>
    </w:p>
    <w:p>
      <w:pPr>
        <w:spacing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1"/>
        </w:rPr>
        <w:t>Uzasadnienie</w:t>
      </w:r>
    </w:p>
    <w:p>
      <w:pPr>
        <w:spacing w:after="80" w:line="252" w:lineRule="auto"/>
      </w:pPr>
      <w:r>
        <w:rPr>
          <w:rFonts w:ascii="Arial" w:hAnsi="Arial" w:eastAsia="Arial" w:cs="Arial"/>
          <w:b w:val="0"/>
          <w:i w:val="0"/>
          <w:color w:val="000000"/>
          <w:sz w:val="20"/>
        </w:rPr>
        <w:t>Jestem osobą najbliższą / pozostaję z tymczasowo aresztowanym w bliskiej relacji. Utrzymanie bezpośredniego kontaktu ma istotne znaczenie rodzinne i osobiste. Proszę o pozytywne rozpatrzenie niniejszego wniosku.</w:t>
      </w:r>
    </w:p>
    <w:p>
      <w:pPr>
        <w:spacing w:after="60" w:line="252" w:lineRule="auto"/>
      </w:pPr>
      <w:r>
        <w:rPr>
          <w:rFonts w:ascii="Arial" w:hAnsi="Arial" w:eastAsia="Arial" w:cs="Arial"/>
          <w:b w:val="0"/>
          <w:i w:val="0"/>
          <w:color w:val="000000"/>
          <w:sz w:val="20"/>
        </w:rPr>
        <w:t>Dodatkowe okoliczności (opcjonalnie):</w:t>
      </w:r>
    </w:p>
    <w:p>
      <w:pPr>
        <w:spacing w:after="40" w:line="252" w:lineRule="auto"/>
      </w:pPr>
      <w:r>
        <w:rPr>
          <w:rFonts w:ascii="Arial" w:hAnsi="Arial" w:eastAsia="Arial" w:cs="Arial"/>
          <w:b w:val="0"/>
          <w:i w:val="0"/>
          <w:color w:val="000000"/>
          <w:sz w:val="19"/>
        </w:rPr>
        <w:t>________________________________________________________________________________</w:t>
      </w:r>
    </w:p>
    <w:p>
      <w:pPr>
        <w:spacing w:after="40" w:line="252" w:lineRule="auto"/>
      </w:pPr>
      <w:r>
        <w:rPr>
          <w:rFonts w:ascii="Arial" w:hAnsi="Arial" w:eastAsia="Arial" w:cs="Arial"/>
          <w:b w:val="0"/>
          <w:i w:val="0"/>
          <w:color w:val="000000"/>
          <w:sz w:val="19"/>
        </w:rPr>
        <w:t>________________________________________________________________________________</w:t>
      </w:r>
    </w:p>
    <w:p>
      <w:pPr>
        <w:spacing w:after="60" w:line="252" w:lineRule="auto"/>
      </w:pPr>
      <w:r>
        <w:rPr>
          <w:rFonts w:ascii="Arial" w:hAnsi="Arial" w:eastAsia="Arial" w:cs="Arial"/>
          <w:b/>
          <w:i w:val="0"/>
          <w:color w:val="000000"/>
          <w:sz w:val="19"/>
        </w:rPr>
        <w:t>Dane dokumentu tożsamości osoby odwiedzającej:</w:t>
      </w:r>
    </w:p>
    <w:p>
      <w:pPr>
        <w:spacing w:after="60" w:line="252" w:lineRule="auto"/>
      </w:pPr>
      <w:r>
        <w:rPr>
          <w:rFonts w:ascii="Arial" w:hAnsi="Arial" w:eastAsia="Arial" w:cs="Arial"/>
          <w:b w:val="0"/>
          <w:i w:val="0"/>
          <w:color w:val="000000"/>
          <w:sz w:val="19"/>
        </w:rPr>
        <w:t>Rodzaj dokumentu: ______________________________________________</w:t>
      </w:r>
    </w:p>
    <w:p>
      <w:pPr>
        <w:spacing w:after="60" w:line="252" w:lineRule="auto"/>
      </w:pPr>
      <w:r>
        <w:rPr>
          <w:rFonts w:ascii="Arial" w:hAnsi="Arial" w:eastAsia="Arial" w:cs="Arial"/>
          <w:b w:val="0"/>
          <w:i w:val="0"/>
          <w:color w:val="000000"/>
          <w:sz w:val="19"/>
        </w:rPr>
        <w:t>Numer dokumentu: ______________________________________________</w:t>
      </w:r>
    </w:p>
    <w:p>
      <w:pPr>
        <w:spacing w:after="60" w:line="252" w:lineRule="auto"/>
      </w:pPr>
      <w:r>
        <w:rPr>
          <w:rFonts w:ascii="Arial" w:hAnsi="Arial" w:eastAsia="Arial" w:cs="Arial"/>
          <w:b w:val="0"/>
          <w:i w:val="0"/>
          <w:color w:val="000000"/>
          <w:sz w:val="19"/>
        </w:rPr>
        <w:t>Data ważności dokumentu: ______________________________________________</w:t>
      </w:r>
    </w:p>
    <w:p>
      <w:pPr>
        <w:spacing w:after="100" w:line="252" w:lineRule="auto"/>
      </w:pPr>
      <w:r>
        <w:rPr>
          <w:rFonts w:ascii="Arial" w:hAnsi="Arial" w:eastAsia="Arial" w:cs="Arial"/>
          <w:b w:val="0"/>
          <w:i w:val="0"/>
          <w:color w:val="000000"/>
          <w:sz w:val="20"/>
        </w:rPr>
        <w:t>Proszę o doręczenie odpowiedzi na wskazany wyżej adres do korespondencji.</w:t>
      </w:r>
    </w:p>
    <w:p>
      <w:pPr>
        <w:spacing w:after="280" w:line="252" w:lineRule="auto"/>
      </w:pPr>
      <w:r>
        <w:rPr>
          <w:rFonts w:ascii="Arial" w:hAnsi="Arial" w:eastAsia="Arial" w:cs="Arial"/>
          <w:b w:val="0"/>
          <w:i w:val="0"/>
          <w:color w:val="000000"/>
          <w:sz w:val="18"/>
        </w:rPr>
        <w:t>Podstawa prawna: art. 217 Kodeksu karnego wykonawczego.</w:t>
      </w:r>
    </w:p>
    <w:p>
      <w:pPr>
        <w:spacing w:after="0" w:line="252" w:lineRule="auto"/>
        <w:jc w:val="right"/>
      </w:pPr>
      <w:r>
        <w:rPr>
          <w:rFonts w:ascii="Arial" w:hAnsi="Arial" w:eastAsia="Arial" w:cs="Arial"/>
          <w:b w:val="0"/>
          <w:i w:val="0"/>
          <w:color w:val="000000"/>
          <w:sz w:val="20"/>
        </w:rPr>
        <w:t>__________________________________</w:t>
      </w:r>
    </w:p>
    <w:p>
      <w:pPr>
        <w:spacing w:after="0" w:line="252" w:lineRule="auto"/>
        <w:jc w:val="right"/>
      </w:pPr>
      <w:r>
        <w:rPr>
          <w:rFonts w:ascii="Arial" w:hAnsi="Arial" w:eastAsia="Arial" w:cs="Arial"/>
          <w:b w:val="0"/>
          <w:i w:val="0"/>
          <w:color w:val="000000"/>
          <w:sz w:val="17"/>
        </w:rPr>
        <w:t>czytelny podpis wnioskodawcy</w:t>
      </w:r>
    </w:p>
    <w:sectPr w:rsidR="00FC693F" w:rsidRPr="0006063C" w:rsidSect="00034616">
      <w:pgSz w:w="11906" w:h="16838"/>
      <w:pgMar w:top="1020" w:right="850" w:bottom="102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 w:cs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WYRAŻENIE ZGODY NA WIDZENIE</dc:title>
  <dc:subject>Заява про надання згоди на побачення</dc:subject>
  <dc:creator>Sheviakov Consult</dc:creator>
  <cp:keywords>Areszt Śledczy, wniosek, tymczasowo aresztowany, Sheviakov Consult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